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אחריות – מעגלי האחריות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מעגלי אחריות שונים: עצמי, משפחה, חברים וכיתה, קהילה, סביבה ועולם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מה שבשליטתי, מה שבהשפעתי ומה שאינו בידיי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בחירת פעולת אחריות קטנה ולהבין איך פעולה אחת יוצרת שרשרת השפעה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אני – משפחה – חברים וכיתה – קהילה – סביבה ועולם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שליטה היא מה שאני יכול לשנות ישירות, ודאגה היא דבר שמטריד אותי אך לא בידי לשנות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דבר קטן יכול להשפיע על שרשרת ארוכה של אירועים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לשתף מבוגר/ת או לומר משפט רגוע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במרכז, במעגל הפנימי ביותר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המעגל הקרוב ביותר הוא מעגל העצמי (אני)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מזג האוויר הוא בדרך כלל דבר שאינו בידי לשנות, הוא שייך למעגל הדאגה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אפשר להשפיע על הציון גם אם אי אפשר לשלוט בו לגמרי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השיתוף תמיד מרצון, אפשר למלא לעצמי בלבד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להשפיע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פרטי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ערבות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מעגל למעשה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(להגיע בזמן לאימון)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(לעזור במשימה בבית)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(לשאול חבר/ה חדש/ה מה שלומו/ה)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(להחזיר ספר לספרייה)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ה (לא להשאיר אשפה בפארק)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מהלך השיעור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זורקים אבן דמיונית למים ומדמיינים איך נוצרים מעגלים מתרחבים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ממיינים פתקי מעשים לפי מעגלי האחריות השונים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ממיינים דאגות נפוצות לפי שליטה, השפעה ודאגה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כל אחד ואחת כותבים פתק עם מעגל ופעולה לשבוע הקרוב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 שרוצה מדביק/ה את הפתק על קיר הכיתה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אפשר לשנות רק את מה שבשליטתי; להתמקד בדברים שאינם בידי מבזבז כוח ואנרגיה לחינם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שרשרת הגיונית של סיבה ותוצאה, ארבעה שלבים ברורים, אחת מתארת תוצאה שלילית והשנייה תוצאה חיובית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המעגל הקרוב ביותר הוא העצמי (אני)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שליטה – משהו שאפשר לשנות ישירות; השפעה – אפשר להשפיע עליו בלי לשלוט בו לגמרי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וסבירה המתארת מעשה קטן ומוחשי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בתרגיל הפתיחה עם האבן והמעגלים לפני מילוי הדף, כדי לחבר את התלמידים לרעיון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של מעגלי השליטה-השפעה-דאגה כדאי לתת דוגמה אישית קודם, כדי להקל על השיתוף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בפעילות הכתיבה האישית יש לזכור שהשיתוף תמיד מרצון, ולא לדרוש הקראה בקול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אחריות – מעגלי האחריות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אחד יש כמה מעגלים של אחריות: אני, המשפחה, הכיתה, הקהילה והעולם. נלמד להבדיל בין דברים שאני יכול לשנות לבין דברים שלא תלויים בי. גם נראה איך מעשה קטן אחד משפיע על דברים אחרים.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מעגלי 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קבוצות סביבי שעליהן אני אחראי – מעצמי ועד לעולם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שליטה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שאני יכול לשנות ישירות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השפעה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שאני יכול להשפיע עליהם אך לא לשלוט בהם לגמרי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דאגה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שמטרידים אותי אך אינם בידי לשנות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ערבות הדדית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שדואגים ואחראים זה לזה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שרשרת תגובות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כשמעשה קטן אחד גורם לשורה של תוצאות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 אישית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שלי על עצמי – זמן, מילים והבטחות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הסדר הנכון של המעגלים, מהקרוב ביותר אליי עד הרחוק?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– משפחה – חברים וכיתה – קהילה – סביבה ועולם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– קהילה – משפחה – כיתה –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משפחה – אני – כיתה – קהילה –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כיתה – אני – משפחה – קהילה – 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משהו שאני שולט בו למשהו שרק מדאיג אותי?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הבדל, זה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שליטה היא מה שאני יכול לשנות ישירות, ודאגה היא דבר שמטריד אותי אך לא בידי לשנות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דאגה שייכת רק למבוגרים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שליטה קיימת רק במעגל הקהילה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סיפור המסמר הקטן מלמד אותנו?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מסמרים חשובים רק בנגרות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דבר קטן יכול להשפיע על שרשרת ארוכה של אירועים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 אפשר לתקן טעות אחרי שהיא קרתה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מבוגרים אחראים לתוצאות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כדאי לעשות כשרואים מישהו נפגע?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להצטרף למי שפוגע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להתעלם תמיד ולא להגיב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לשתף מבוגר/ת או לומר משפט רגוע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לצעוק על מי שפגע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אני עצמי נמצא, לפי המעגלים?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במעגל החיצוני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מחוץ למעגלים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במרכז, במעגל הפנימי ביותר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בתוך מעגל הקהילה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המעגל הקרוב ביותר אליי הוא מעגל הקהילה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מזג האוויר שייך בדרך כלל למעגל השליטה שלי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ציון סופי יכול להיות במעגל ההשפעה, כי אפשר להשפיע עליו דרך למידה והכנה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היחידה, שיתוף במה שממלאים בדף התלמיד הוא תמיד חובה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אחריות היא לא משא – היא היכולת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המעגל הקרוב ביותר אליי נקרא מעגל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בסיפור, דבר קטן שגורם לשרשרת אירועים נקרא ה__________ הקטן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אפשר לתמוך בחבר/ה שנפגעו ב__________, בלי להצטרף לפגיעה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מצב שבו אנשים דואגים ואחראים זה לזה נקרא __________ הדדית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מעגל למעשה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מעגל האני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לשאול חבר/ה חדש/ה מה שלומו/ה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מעגל המשפחה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להגיע בזמן לאימון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מעגל החברים והכיתה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להחזיר ספר לספרייה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מעגל הקהילה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לעזור במשימה בבית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מעגל הסביבה והעולם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לא להשאיר אשפה בפארק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מהלך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ממיינים דאגות נפוצות לפי שליטה, השפעה ודאגה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זורקים אבן דמיונית למים ומדמיינים איך נוצרים מעגלים מתרחבים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אחד ואחת כותבים פתק עם מעגל ופעולה לשבוע הקרוב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שרוצה מדביק/ה את הפתק על קיר הכיתה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ממיינים פתקי מעשים לפי מעגלי האחריות השונים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אחריות מתחילה במעגל השליטה ולא במעגל הדאגה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שרשרת אחת שלילית ("בגלל...") ואחת חיובית ("בזכות...") בת ארבע חוליות, כמו בדף התלמיד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המעגל הקרוב ביותר אליכם?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שליטה להשפעה?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פעולת אחריות קטנה אחת שתעשו עד השיעור הבא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אחריות – מעגלי האחריות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