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אחריות – מעגלי האחריות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מעגלי אחריות שונים: עצמי, משפחה, חברים וכיתה, קהילה, סביבה ועולם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מה שבשליטתי, מה שבהשפעתי ומה שאינו בידיי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פעולת אחריות קטנה ולהבין איך פעולה אחת יוצרת שרשרת השפעה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 – משפחה – חברים וכיתה – קהילה – סביבה ועולם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דבר קטן יכול להשפיע על שרשרת ארוכה של אירועים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המעגל הקרוב ביותר הוא מעגל העצמי (אני)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מזג האוויר הוא בדרך כלל דבר שאינו בידי לשנות, הוא שייך למעגל הדאגה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להשפיע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מעגל למעשה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(להגיע בזמן לאימון)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(לעזור במשימה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(לשאול חבר/ה חדש/ה מה שלומו/ה)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(להחזיר ספר לספרייה)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זורקים אבן דמיונית למים ומדמיינים איך נוצרים מעגלים מתרחבים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ממיינים פתקי מעשים לפי מעגלי האחריות השונים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ממיינים דאגות נפוצות לפי שליטה, השפעה ודאגה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אחד ואחת כותבים פתק עם מעגל ופעולה לשבוע הקרוב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המעגל הקרוב ביותר הוא העצמי (אני)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שליטה – משהו שאפשר לשנות ישירות; השפעה – אפשר להשפיע עליו בלי לשלוט בו לגמרי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וסבירה המתארת מעשה קטן ומוחשי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בתרגיל הפתיחה עם האבן והמעגלים לפני מילוי הדף, כדי לחבר את התלמידים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מעגלי השליטה-השפעה-דאגה כדאי לתת דוגמה אישית קודם, כדי להקל על השיתוף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האישית יש לזכור שהשיתוף תמיד מרצון, ולא לדרוש הקראה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אחריות – מעגלי האחריות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כל אחד ואחת מאיתנו נמצאים במרכז של כמה מעגלי אחריות – מהעצמי ועד לעולם כולו. בדף הזה נתרגל לזהות את המעגלים, להבחין בין מה שבידינו לשנות למה שלא, ולחשוב איך פעולה קטנה אחת יכולה להשפיע הרבה.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להשפיע  ·  אני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הסדר הנכון של מעגלי האחריות מהפנימי לחיצוני?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 – משפחה – חברים וכיתה – קהילה – סביבה ועולם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אני – קהילה – משפחה – כיתה –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משפחה – אני – כיתה – קהילה –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סיפור המסמר הקטן נועד להמחיש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מסמרים חשובים רק בנגרות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קטן יכול להשפיע על שרשרת ארוכה של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 אפשר לתקן טעות אחרי שהיא קרתה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המעגל הקרוב ביותר אליי הוא מעגל הקהילה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מזג האוויר שייך בדרך כלל למעגל השליטה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אחריות היא לא משא – היא היכולת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המעגל הקרוב ביותר אליי נקרא מעגל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מעגל למעשה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מעגל האני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לשאול חבר/ה חדש/ה מה שלומו/ה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מעגל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להחזיר ספר לספרייה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מעגל החברים והכיתה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לעזור במשימה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מעגל הקהילה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להגיע בזמן לאימון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אחד ואחת כותבים פתק עם מעגל ופעולה לשבוע הקרוב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ממיינים דאגות נפוצות לפי שליטה, השפעה ודאגה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ממיינים פתקי מעשים לפי מעגלי האחריות השונים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זורקים אבן דמיונית למים ומדמיינים איך נוצרים מעגלים מתרחבים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המעגל הקרוב ביותר אליכם?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שליטה להשפעה?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אחריות – מעגלי האחריות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